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5C4ED" w14:textId="7CFFA13A" w:rsidR="00DF5CED" w:rsidRDefault="00000000">
      <w:r>
        <w:br/>
        <w:t>A. PERSONAL DATA / DATA PRIBADI</w:t>
      </w:r>
      <w:r>
        <w:br/>
        <w:t>Full Name / Nama Lengkap:</w:t>
      </w:r>
      <w:r>
        <w:br/>
        <w:t>Date of Birth / Tanggal Lahir:</w:t>
      </w:r>
      <w:r>
        <w:br/>
        <w:t>National ID No. / No. KTP:</w:t>
      </w:r>
      <w:r>
        <w:br/>
        <w:t>Address / Alamat:</w:t>
      </w:r>
      <w:r>
        <w:br/>
        <w:t>Phone / Telepon:</w:t>
      </w:r>
      <w:r>
        <w:br/>
        <w:t>Email:</w:t>
      </w:r>
      <w:r>
        <w:br/>
        <w:t>Marital Status / Status Pernikahan:</w:t>
      </w:r>
      <w:r>
        <w:br/>
        <w:t>Emergency Contact / Kontak Darurat:</w:t>
      </w:r>
      <w:r>
        <w:br/>
      </w:r>
      <w:r>
        <w:br/>
        <w:t>B. POSITION APPLIED FOR / POSISI YANG DILAMAR</w:t>
      </w:r>
      <w:r>
        <w:br/>
        <w:t>Welder, Fitter, Rigger, Scaffolder, QC Inspector, Helper, Supervisor, Others/Lainnya</w:t>
      </w:r>
      <w:r>
        <w:br/>
      </w:r>
      <w:r>
        <w:br/>
        <w:t>C. EDUCATION &amp; CERTIFICATION / PENDIDIKAN &amp; SERTIFIKASI</w:t>
      </w:r>
      <w:r>
        <w:br/>
        <w:t>Latest Education / Pendidikan Terakhir:</w:t>
      </w:r>
      <w:r>
        <w:br/>
        <w:t>Certificates / Sertifikat:</w:t>
      </w:r>
      <w:r>
        <w:br/>
      </w:r>
      <w:r>
        <w:br/>
        <w:t>D. WORK EXPERIENCE</w:t>
      </w:r>
      <w:r w:rsidR="00DF5CED">
        <w:t xml:space="preserve"> ( Most recent experience ) </w:t>
      </w:r>
      <w:r>
        <w:t>/ PENGALAMAN KERJA</w:t>
      </w:r>
      <w:r w:rsidR="00DF5CED">
        <w:t xml:space="preserve"> ( Paling akhir )</w:t>
      </w:r>
      <w:r>
        <w:br/>
        <w:t>Company | Position | Period | Reason for Leaving</w:t>
      </w:r>
      <w:r>
        <w:br/>
        <w:t xml:space="preserve">Perusahaan | Jabatan | </w:t>
      </w:r>
      <w:proofErr w:type="spellStart"/>
      <w:r>
        <w:t>Periode</w:t>
      </w:r>
      <w:proofErr w:type="spellEnd"/>
      <w:r>
        <w:t xml:space="preserve"> | Alasan </w:t>
      </w:r>
      <w:proofErr w:type="spellStart"/>
      <w:r>
        <w:t>Berhenti</w:t>
      </w:r>
      <w:proofErr w:type="spellEnd"/>
    </w:p>
    <w:p w14:paraId="3022B5A8" w14:textId="4F906E58" w:rsidR="00DF5CED" w:rsidRDefault="00DF5CED">
      <w:r>
        <w:t>…………………………………………………………</w:t>
      </w:r>
    </w:p>
    <w:p w14:paraId="7AD30E0B" w14:textId="77777777" w:rsidR="00DF5CED" w:rsidRDefault="00000000">
      <w:r>
        <w:br/>
        <w:t>E. INTEGRITY CHECK &amp; BALANCE / PEMERIKSAAN INTEGRITAS</w:t>
      </w:r>
      <w:r>
        <w:br/>
        <w:t>1. Have you ever been dismissed for disciplinary reasons?</w:t>
      </w:r>
      <w:r>
        <w:br/>
        <w:t xml:space="preserve">   Apakah Anda pernah diberhentikan karena pelanggaran disiplin?</w:t>
      </w:r>
      <w:r>
        <w:br/>
        <w:t>2. Have you ever been involved in theft, fraud, or misuse of company assets?</w:t>
      </w:r>
      <w:r>
        <w:br/>
        <w:t xml:space="preserve">   Apakah Anda pernah terlibat pencurian, fraud, atau penyalahgunaan aset perusahaan?</w:t>
      </w:r>
      <w:r>
        <w:br/>
        <w:t>3. Have you ever falsified certificates or employment documents?</w:t>
      </w:r>
      <w:r>
        <w:br/>
        <w:t xml:space="preserve">   Apakah Anda pernah memalsukan sertifikat atau dokumen kerja?</w:t>
      </w:r>
      <w:r>
        <w:br/>
        <w:t>4. Do you agree to background and reference verification?</w:t>
      </w:r>
      <w:r>
        <w:br/>
        <w:t xml:space="preserve">   Apakah Anda bersedia dilakukan verifikasi latar belakang dan referensi?</w:t>
      </w:r>
      <w:r>
        <w:br/>
        <w:t>5. Do you have relatives working in the company?</w:t>
      </w:r>
      <w:r>
        <w:br/>
        <w:t xml:space="preserve">   Apakah Anda memiliki hubungan keluarga dengan karyawan perusahaan?</w:t>
      </w:r>
      <w:r>
        <w:br/>
        <w:t>6. Do you agree to comply with Code of Conduct, Anti-Corruption, Anti-Drug &amp; HSE policies?</w:t>
      </w:r>
      <w:r>
        <w:br/>
        <w:t xml:space="preserve">   </w:t>
      </w:r>
      <w:r w:rsidRPr="00DF5CED">
        <w:rPr>
          <w:lang w:val="it-IT"/>
        </w:rPr>
        <w:t>Apakah Anda bersedia mematuhi Kode Etik, Anti Korupsi, Anti Narkoba &amp; HSE?</w:t>
      </w:r>
      <w:r w:rsidRPr="00DF5CED">
        <w:rPr>
          <w:lang w:val="it-IT"/>
        </w:rPr>
        <w:br/>
      </w:r>
      <w:r w:rsidRPr="00DF5CED">
        <w:rPr>
          <w:lang w:val="it-IT"/>
        </w:rPr>
        <w:br/>
      </w:r>
      <w:r>
        <w:t>F. SAFETY RECORD / RIWAYAT KESELAMATAN KERJA</w:t>
      </w:r>
      <w:r>
        <w:br/>
      </w:r>
      <w:r>
        <w:lastRenderedPageBreak/>
        <w:t>Work Accident History / Riwayat Kecelakaan Kerja:</w:t>
      </w:r>
      <w:r>
        <w:br/>
        <w:t>HSE Violations / Pelanggaran HSE:</w:t>
      </w:r>
      <w:r>
        <w:br/>
        <w:t>Drug Test History / Riwayat Tes Narkoba:</w:t>
      </w:r>
      <w:r>
        <w:br/>
      </w:r>
      <w:r>
        <w:br/>
        <w:t>G. SALARY EXPECTATION / EKSPEKTASI GAJI</w:t>
      </w:r>
      <w:r w:rsidR="00DF5CED">
        <w:t xml:space="preserve"> ( IDR RATE )</w:t>
      </w:r>
      <w:r>
        <w:br/>
        <w:t>Expected Salary (Gross/Month) / Gaji yang Diharapkan (Bruto/Bulan):</w:t>
      </w:r>
      <w:r>
        <w:br/>
      </w:r>
      <w:r>
        <w:br/>
        <w:t>H. DECLARATION / PERNYATAAN</w:t>
      </w:r>
      <w:r>
        <w:br/>
        <w:t>I hereby declare that all information provided is true and correct.</w:t>
      </w:r>
      <w:r>
        <w:br/>
        <w:t>Saya menyatakan bahwa seluruh informasi yang diberikan adalah benar dan dapat dipertanggungjawabkan.</w:t>
      </w:r>
      <w:r>
        <w:br/>
      </w:r>
      <w:r>
        <w:br/>
      </w:r>
    </w:p>
    <w:p w14:paraId="2E37DAE9" w14:textId="72E5F41E" w:rsidR="00D4731C" w:rsidRDefault="00000000">
      <w:r>
        <w:t>Date/Tanggal:</w:t>
      </w:r>
      <w:r>
        <w:br/>
        <w:t>Signature/Tanda Tangan:</w:t>
      </w:r>
      <w:r>
        <w:br/>
      </w:r>
    </w:p>
    <w:sectPr w:rsidR="00D4731C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21374" w14:textId="77777777" w:rsidR="00E3367A" w:rsidRDefault="00E3367A">
      <w:pPr>
        <w:spacing w:after="0" w:line="240" w:lineRule="auto"/>
      </w:pPr>
      <w:r>
        <w:separator/>
      </w:r>
    </w:p>
  </w:endnote>
  <w:endnote w:type="continuationSeparator" w:id="0">
    <w:p w14:paraId="10AC74E3" w14:textId="77777777" w:rsidR="00E3367A" w:rsidRDefault="00E33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55288" w14:textId="77777777" w:rsidR="00E3367A" w:rsidRDefault="00E3367A">
      <w:pPr>
        <w:spacing w:after="0" w:line="240" w:lineRule="auto"/>
      </w:pPr>
      <w:r>
        <w:separator/>
      </w:r>
    </w:p>
  </w:footnote>
  <w:footnote w:type="continuationSeparator" w:id="0">
    <w:p w14:paraId="45D94E96" w14:textId="77777777" w:rsidR="00E3367A" w:rsidRDefault="00E33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5E2A5" w14:textId="77777777" w:rsidR="00D4731C" w:rsidRDefault="00000000">
    <w:pPr>
      <w:pStyle w:val="Header"/>
      <w:jc w:val="center"/>
    </w:pPr>
    <w:r>
      <w:rPr>
        <w:noProof/>
      </w:rPr>
      <w:drawing>
        <wp:inline distT="0" distB="0" distL="0" distR="0" wp14:anchorId="72929D97" wp14:editId="7DB4A2F0">
          <wp:extent cx="731520" cy="7315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ma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1520" cy="731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  <w:t>SAMAR MARINE SERVICES</w:t>
    </w:r>
    <w:r>
      <w:br/>
      <w:t>EMPLOYEE RECRUITMENT &amp; INTEGRITY FORM</w:t>
    </w:r>
    <w:r>
      <w:br/>
      <w:t>FORMULIR REKRUTMEN &amp; INTEGRITAS KARYAWAN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39640883">
    <w:abstractNumId w:val="8"/>
  </w:num>
  <w:num w:numId="2" w16cid:durableId="1208222329">
    <w:abstractNumId w:val="6"/>
  </w:num>
  <w:num w:numId="3" w16cid:durableId="805783535">
    <w:abstractNumId w:val="5"/>
  </w:num>
  <w:num w:numId="4" w16cid:durableId="994066909">
    <w:abstractNumId w:val="4"/>
  </w:num>
  <w:num w:numId="5" w16cid:durableId="355808519">
    <w:abstractNumId w:val="7"/>
  </w:num>
  <w:num w:numId="6" w16cid:durableId="1752775103">
    <w:abstractNumId w:val="3"/>
  </w:num>
  <w:num w:numId="7" w16cid:durableId="1027948870">
    <w:abstractNumId w:val="2"/>
  </w:num>
  <w:num w:numId="8" w16cid:durableId="326325346">
    <w:abstractNumId w:val="1"/>
  </w:num>
  <w:num w:numId="9" w16cid:durableId="1459255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0282"/>
    <w:rsid w:val="0015074B"/>
    <w:rsid w:val="0029639D"/>
    <w:rsid w:val="00326F90"/>
    <w:rsid w:val="00AA1D8D"/>
    <w:rsid w:val="00B47730"/>
    <w:rsid w:val="00CB0664"/>
    <w:rsid w:val="00D4731C"/>
    <w:rsid w:val="00DF5CED"/>
    <w:rsid w:val="00E3367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4ADA1D"/>
  <w14:defaultImageDpi w14:val="300"/>
  <w15:docId w15:val="{AFB2546A-42FC-469F-9359-6FB8C49DF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sys wantoro</cp:lastModifiedBy>
  <cp:revision>2</cp:revision>
  <dcterms:created xsi:type="dcterms:W3CDTF">2026-06-01T04:45:00Z</dcterms:created>
  <dcterms:modified xsi:type="dcterms:W3CDTF">2026-06-01T04:45:00Z</dcterms:modified>
  <cp:category/>
</cp:coreProperties>
</file>